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תודה והכרת הטוב</w:t>
      </w:r>
    </w:p>
    <w:p>
      <w:pPr>
        <w:bidi/>
        <w:jc w:val="right"/>
      </w:pPr>
      <w:r>
        <w:rPr>
          <w:rFonts w:ascii="Arial" w:hAnsi="Arial" w:cs="Arial"/>
          <w:sz w:val="24"/>
          <w:rtl/>
          <w:szCs w:val="24"/>
        </w:rPr>
        <w:t>• 🎯 מטרה: לתרגל את ערך השבוע "תודה והכרת הטוב"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יסודי ג׳–ו׳</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א – לשים לב לטוב שקיבלנו, להודות עליו בקול ולהחזיר טוב</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ג – קשר של אמון, הנאה ודאגה הדדית בין אנשים שבוחרים זה בזה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ב – היכולת לחכות, להתמיד ולהישאר רגועים גם כשמשהו לוקח זמן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ד – לעמוד במה שהבטחנו, לדאוג לדברים ולאנשים ולתקן כשטעינו</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שמחפש</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מגבת</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תודה והכרת הטוב – דף תרגול</w:t>
      </w:r>
    </w:p>
    <w:p>
      <w:pPr>
        <w:bidi/>
        <w:jc w:val="right"/>
      </w:pPr>
      <w:r>
        <w:rPr>
          <w:rFonts w:ascii="Arial" w:hAnsi="Arial" w:cs="Arial"/>
          <w:color w:val="555577"/>
          <w:sz w:val="24"/>
          <w:rtl/>
          <w:szCs w:val="24"/>
        </w:rPr>
        <w:t>ערך השבוע: תודה והכרת הטוב – לשים לב לטוב שקיבלנו, להודות עליו בקול ולהחזיר טוב.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אמא של טל עובדת עד מאוחר, וסבתא מבשלת בשבילה ארוחת צהריים כל יום. טל רגילה לזה כל כך, שהיא כבר לא שמה לב. יום אחד סבתא חלתה, וטל גילתה כמה עבודה יש בסיר אחד של מרק. איך אפשר לשים לב לטוב לפני שהוא חסר?</w:t>
      </w:r>
    </w:p>
    <w:p>
      <w:pPr>
        <w:bidi/>
        <w:jc w:val="right"/>
      </w:pPr>
      <w:r>
        <w:rPr>
          <w:rFonts w:ascii="Arial" w:hAnsi="Arial" w:cs="Arial"/>
          <w:sz w:val="24"/>
          <w:rtl/>
          <w:szCs w:val="24"/>
        </w:rPr>
        <w:t>1. על מי אנחנו שוכחים להגיד תודה?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מה מרגישים כשמישהו מודה לנו?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"תודה והכרת הטוב"?</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להתעלם ממי שמבקש עזרה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לקטוע מישהו באמצע המשפט</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לצייר ציור תודה למישהו בבית הספר</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להגיד תודה לשלושה אנשים כל יום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להגיד תודה בבית על האוכל</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תודה והכרת הטוב</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לשים לב לטוב שקיבלנו, להודות עליו בקול ולהחזיר טוב</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חברות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היכולת לחכות, להתמיד ולהישאר רגועים גם כשמשהו לוקח זמן</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סבלנות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קשר של אמון, הנאה ודאגה הדדית בין אנשים שבוחרים זה בזה</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אחריות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לעמוד במה שהבטחנו, לדאוג לדברים ולאנשים ולתקן כשטעינו</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"מי ________ טוב – מוצא אותו בכל פינה"</w:t>
      </w:r>
    </w:p>
    <w:p>
      <w:pPr>
        <w:bidi/>
        <w:jc w:val="right"/>
      </w:pPr>
      <w:r>
        <w:rPr>
          <w:rFonts w:ascii="Arial" w:hAnsi="Arial" w:cs="Arial"/>
          <w:sz w:val="24"/>
          <w:rtl/>
          <w:szCs w:val="24"/>
        </w:rPr>
        <w:t>2. 🧩 חידה: מה נעשה רטוב יותר ויותר, ככל שהוא מייבש?</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להגיד תודה לשלושה אנשים כל יום · לצייר ציור תודה למישהו בבית הספר · להגיד תודה בבית על האוכל</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למדתם השבוע על הכרת הטוב?</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היה הדבר הטוב ביותר שקרה לכם השבוע?</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תודה והכרת הטוב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