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סליחה ופיוס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"סליחה ופיוס"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סליחה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sorry / извини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to forgive / прощать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peace / мир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heart / сердце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סליחה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🕊️ סליחה ופיוס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כשטועים אומרים סליחה. כשמישהו מבקש סליחה, אפשר לסלוח.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סליחה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sorry · извини · ይቅርታ · آسف · pardon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לסלוח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forgive · прощать · ይቅር ማለት · يسامح · pardonner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peace · мир · ሰላም · سلام · paix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heart · сердце · ልብ · قلب · cœur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סליחה  |  לסלוח  |  שלום  |  לב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sorry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שלום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סליחה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לסלוח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סליחה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sorry / извини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לסלוח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heart / сердце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peace / мир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to forgive / прощать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כשטועים אומרים ________. כשמישהו מבקש סליחה, אפשר לסלוח.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"סליחה".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עושים אחרי שאומרים סליחה?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להגיד סליחה כשאני טועה / לסלוח לחבר שביקש סליחה)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סליחה ופיוס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