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סליחה ופיוס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"סליחה ופיוס"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🕊️ סליחה ופיוס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וּמַשְׁלִימִים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🕊️ סליחה ופיוס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🕊️ 🤝 💛  משפט השבוע: טָעִיתִי? אוֹמְרִים סְלִיחָה וּמַשְׁלִימִים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תּוֹדָה  |  וּמַשְׁלִימִים  |  שׁוֹמְרִים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"טָעִיתִי? אוֹמְרִים סְלִיחָה וּמַשְׁלִימִים"?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🕊️ סליחה ופיוס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🙏 תודה והכרת הטוב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לסלוח לחבר שביקש סליחה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להגיד סליחה כשאני 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טָעִיתִי? אוֹמְרִים סְלִיחָה 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עושים אחרי שאומרים סליחה?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להגיד סליחה כשאני טועה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סליחה ופיוס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